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8484B" w14:textId="77777777" w:rsidR="00403848" w:rsidRPr="00E37466" w:rsidRDefault="00403848">
      <w:pPr>
        <w:spacing w:after="80"/>
        <w:rPr>
          <w:rFonts w:ascii="Times New Roman" w:hAnsi="Times New Roman" w:cs="Times New Roman"/>
          <w:sz w:val="24"/>
          <w:szCs w:val="24"/>
        </w:rPr>
      </w:pPr>
    </w:p>
    <w:p w14:paraId="41BA3605" w14:textId="77777777" w:rsidR="00403848" w:rsidRDefault="00000000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7466">
        <w:rPr>
          <w:rFonts w:ascii="Times New Roman" w:hAnsi="Times New Roman" w:cs="Times New Roman"/>
          <w:b/>
          <w:sz w:val="28"/>
          <w:szCs w:val="28"/>
        </w:rPr>
        <w:t>DECLARAȚIE PRIVIND PERSONALUL, CAPACITATEA TEHNICĂ ȘI AUTORIZĂRILE</w:t>
      </w:r>
    </w:p>
    <w:p w14:paraId="138552A6" w14:textId="77777777" w:rsidR="00E37466" w:rsidRPr="00E37466" w:rsidRDefault="00E3746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</w:p>
    <w:p w14:paraId="1FB73051" w14:textId="77777777" w:rsidR="00403848" w:rsidRPr="00E37466" w:rsidRDefault="00000000">
      <w:pPr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sz w:val="24"/>
          <w:szCs w:val="24"/>
        </w:rPr>
        <w:t>Subsemnatul/Subscrisa ____________________________________________, reprezentant legal/împuternicit al ofertantului ____________________________________________, declar pe propria răspundere că ofertantul dispune de personalul, mijloacele tehnice și capacitatea profesională necesare prestării serviciilor solicitate.</w:t>
      </w:r>
    </w:p>
    <w:p w14:paraId="51C54660" w14:textId="77777777" w:rsidR="00403848" w:rsidRPr="00E37466" w:rsidRDefault="00000000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b/>
          <w:sz w:val="24"/>
          <w:szCs w:val="24"/>
        </w:rPr>
        <w:t>1. Personal propus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974"/>
        <w:gridCol w:w="1992"/>
        <w:gridCol w:w="1984"/>
        <w:gridCol w:w="2256"/>
        <w:gridCol w:w="1982"/>
      </w:tblGrid>
      <w:tr w:rsidR="00403848" w:rsidRPr="00E37466" w14:paraId="7E2463B8" w14:textId="77777777" w:rsidTr="00E37466">
        <w:trPr>
          <w:jc w:val="center"/>
        </w:trPr>
        <w:tc>
          <w:tcPr>
            <w:tcW w:w="1994" w:type="dxa"/>
            <w:shd w:val="clear" w:color="auto" w:fill="auto"/>
            <w:vAlign w:val="center"/>
          </w:tcPr>
          <w:p w14:paraId="1829BE7F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994" w:type="dxa"/>
            <w:shd w:val="clear" w:color="auto" w:fill="auto"/>
            <w:vAlign w:val="center"/>
          </w:tcPr>
          <w:p w14:paraId="147DDE03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Nume/prenume sau funcție</w:t>
            </w:r>
          </w:p>
        </w:tc>
        <w:tc>
          <w:tcPr>
            <w:tcW w:w="1994" w:type="dxa"/>
            <w:shd w:val="clear" w:color="auto" w:fill="auto"/>
            <w:vAlign w:val="center"/>
          </w:tcPr>
          <w:p w14:paraId="3BBAE4B1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Calificare</w:t>
            </w:r>
          </w:p>
        </w:tc>
        <w:tc>
          <w:tcPr>
            <w:tcW w:w="1994" w:type="dxa"/>
            <w:shd w:val="clear" w:color="auto" w:fill="auto"/>
            <w:vAlign w:val="center"/>
          </w:tcPr>
          <w:p w14:paraId="0BE43EB5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Autorizație/atestare relevantă</w:t>
            </w:r>
          </w:p>
        </w:tc>
        <w:tc>
          <w:tcPr>
            <w:tcW w:w="1994" w:type="dxa"/>
            <w:shd w:val="clear" w:color="auto" w:fill="auto"/>
            <w:vAlign w:val="center"/>
          </w:tcPr>
          <w:p w14:paraId="4E466884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Rol în contract</w:t>
            </w:r>
          </w:p>
        </w:tc>
      </w:tr>
      <w:tr w:rsidR="00403848" w:rsidRPr="00E37466" w14:paraId="62DD57ED" w14:textId="77777777">
        <w:trPr>
          <w:jc w:val="center"/>
        </w:trPr>
        <w:tc>
          <w:tcPr>
            <w:tcW w:w="1994" w:type="dxa"/>
            <w:vAlign w:val="center"/>
          </w:tcPr>
          <w:p w14:paraId="55128CE4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4" w:type="dxa"/>
            <w:vAlign w:val="center"/>
          </w:tcPr>
          <w:p w14:paraId="43B3FB31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6AB86402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3EE19F6E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70AE1EB7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848" w:rsidRPr="00E37466" w14:paraId="7F9C190D" w14:textId="77777777">
        <w:trPr>
          <w:jc w:val="center"/>
        </w:trPr>
        <w:tc>
          <w:tcPr>
            <w:tcW w:w="1994" w:type="dxa"/>
            <w:vAlign w:val="center"/>
          </w:tcPr>
          <w:p w14:paraId="60830C44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4" w:type="dxa"/>
            <w:vAlign w:val="center"/>
          </w:tcPr>
          <w:p w14:paraId="1E7A7F7F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5C79E91A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4BF06C9A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618327D6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848" w:rsidRPr="00E37466" w14:paraId="5020E943" w14:textId="77777777">
        <w:trPr>
          <w:jc w:val="center"/>
        </w:trPr>
        <w:tc>
          <w:tcPr>
            <w:tcW w:w="1994" w:type="dxa"/>
            <w:vAlign w:val="center"/>
          </w:tcPr>
          <w:p w14:paraId="2279FF89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4" w:type="dxa"/>
            <w:vAlign w:val="center"/>
          </w:tcPr>
          <w:p w14:paraId="3D4CEF54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4B864B12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79FADE68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28333910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848" w:rsidRPr="00E37466" w14:paraId="6043853A" w14:textId="77777777">
        <w:trPr>
          <w:jc w:val="center"/>
        </w:trPr>
        <w:tc>
          <w:tcPr>
            <w:tcW w:w="1994" w:type="dxa"/>
            <w:vAlign w:val="center"/>
          </w:tcPr>
          <w:p w14:paraId="19A19000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4" w:type="dxa"/>
            <w:vAlign w:val="center"/>
          </w:tcPr>
          <w:p w14:paraId="661E0F9D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2A49DC0B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6E8B5BF3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73535DD4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5ADB9D" w14:textId="77777777" w:rsidR="00403848" w:rsidRPr="00E37466" w:rsidRDefault="00000000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b/>
          <w:sz w:val="24"/>
          <w:szCs w:val="24"/>
        </w:rPr>
        <w:t>2. Mijloace tehnice și dotări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493"/>
        <w:gridCol w:w="2493"/>
        <w:gridCol w:w="2493"/>
        <w:gridCol w:w="2493"/>
      </w:tblGrid>
      <w:tr w:rsidR="00403848" w:rsidRPr="00E37466" w14:paraId="0FBD9C2A" w14:textId="77777777" w:rsidTr="00E37466">
        <w:trPr>
          <w:jc w:val="center"/>
        </w:trPr>
        <w:tc>
          <w:tcPr>
            <w:tcW w:w="2493" w:type="dxa"/>
            <w:shd w:val="clear" w:color="auto" w:fill="auto"/>
            <w:vAlign w:val="center"/>
          </w:tcPr>
          <w:p w14:paraId="4DA7CBD5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493" w:type="dxa"/>
            <w:shd w:val="clear" w:color="auto" w:fill="auto"/>
            <w:vAlign w:val="center"/>
          </w:tcPr>
          <w:p w14:paraId="39439441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Mijloc tehnic/dotare</w:t>
            </w:r>
          </w:p>
        </w:tc>
        <w:tc>
          <w:tcPr>
            <w:tcW w:w="2493" w:type="dxa"/>
            <w:shd w:val="clear" w:color="auto" w:fill="auto"/>
            <w:vAlign w:val="center"/>
          </w:tcPr>
          <w:p w14:paraId="709B4E56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Cantitate</w:t>
            </w:r>
          </w:p>
        </w:tc>
        <w:tc>
          <w:tcPr>
            <w:tcW w:w="2493" w:type="dxa"/>
            <w:shd w:val="clear" w:color="auto" w:fill="auto"/>
            <w:vAlign w:val="center"/>
          </w:tcPr>
          <w:p w14:paraId="11193973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403848" w:rsidRPr="00E37466" w14:paraId="3CDFD10C" w14:textId="77777777">
        <w:trPr>
          <w:jc w:val="center"/>
        </w:trPr>
        <w:tc>
          <w:tcPr>
            <w:tcW w:w="2493" w:type="dxa"/>
            <w:vAlign w:val="center"/>
          </w:tcPr>
          <w:p w14:paraId="781CB140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3" w:type="dxa"/>
            <w:vAlign w:val="center"/>
          </w:tcPr>
          <w:p w14:paraId="7FC8D4B7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5695630B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3C0592DC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848" w:rsidRPr="00E37466" w14:paraId="6AF510B1" w14:textId="77777777">
        <w:trPr>
          <w:jc w:val="center"/>
        </w:trPr>
        <w:tc>
          <w:tcPr>
            <w:tcW w:w="2493" w:type="dxa"/>
            <w:vAlign w:val="center"/>
          </w:tcPr>
          <w:p w14:paraId="71638C01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3" w:type="dxa"/>
            <w:vAlign w:val="center"/>
          </w:tcPr>
          <w:p w14:paraId="12FEE99E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58551190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528F9FDF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848" w:rsidRPr="00E37466" w14:paraId="634728C8" w14:textId="77777777">
        <w:trPr>
          <w:jc w:val="center"/>
        </w:trPr>
        <w:tc>
          <w:tcPr>
            <w:tcW w:w="2493" w:type="dxa"/>
            <w:vAlign w:val="center"/>
          </w:tcPr>
          <w:p w14:paraId="568E389B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3" w:type="dxa"/>
            <w:vAlign w:val="center"/>
          </w:tcPr>
          <w:p w14:paraId="291E7823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10F3AACA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6EEBB337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848" w:rsidRPr="00E37466" w14:paraId="62B277F9" w14:textId="77777777">
        <w:trPr>
          <w:jc w:val="center"/>
        </w:trPr>
        <w:tc>
          <w:tcPr>
            <w:tcW w:w="2493" w:type="dxa"/>
            <w:vAlign w:val="center"/>
          </w:tcPr>
          <w:p w14:paraId="3BF47EC3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3" w:type="dxa"/>
            <w:vAlign w:val="center"/>
          </w:tcPr>
          <w:p w14:paraId="2DAFCD37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4C6090AB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2F9ADA39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848" w:rsidRPr="00E37466" w14:paraId="4DB6CC8C" w14:textId="77777777">
        <w:trPr>
          <w:jc w:val="center"/>
        </w:trPr>
        <w:tc>
          <w:tcPr>
            <w:tcW w:w="2493" w:type="dxa"/>
            <w:vAlign w:val="center"/>
          </w:tcPr>
          <w:p w14:paraId="73B17F4B" w14:textId="77777777" w:rsidR="00403848" w:rsidRPr="00E3746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4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3" w:type="dxa"/>
            <w:vAlign w:val="center"/>
          </w:tcPr>
          <w:p w14:paraId="7B6D5967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2D0BB9AF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35DF2C64" w14:textId="77777777" w:rsidR="00403848" w:rsidRPr="00E37466" w:rsidRDefault="00403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D1F6FD" w14:textId="77777777" w:rsidR="00403848" w:rsidRPr="00E37466" w:rsidRDefault="00000000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b/>
          <w:sz w:val="24"/>
          <w:szCs w:val="24"/>
        </w:rPr>
        <w:t>3. Autorizații/atestări/documente anexate</w:t>
      </w:r>
    </w:p>
    <w:p w14:paraId="29FD49D6" w14:textId="77777777" w:rsidR="00403848" w:rsidRPr="00E37466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sz w:val="24"/>
          <w:szCs w:val="24"/>
        </w:rPr>
        <w:t>• ________________________________________;</w:t>
      </w:r>
    </w:p>
    <w:p w14:paraId="75066F61" w14:textId="77777777" w:rsidR="00403848" w:rsidRPr="00E37466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sz w:val="24"/>
          <w:szCs w:val="24"/>
        </w:rPr>
        <w:t>• ________________________________________;</w:t>
      </w:r>
    </w:p>
    <w:p w14:paraId="12EBD7E0" w14:textId="77777777" w:rsidR="00403848" w:rsidRPr="00E37466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sz w:val="24"/>
          <w:szCs w:val="24"/>
        </w:rPr>
        <w:t>• ________________________________________.</w:t>
      </w:r>
    </w:p>
    <w:p w14:paraId="7CC554C2" w14:textId="77777777" w:rsidR="00403848" w:rsidRPr="00E37466" w:rsidRDefault="00000000">
      <w:pPr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sz w:val="24"/>
          <w:szCs w:val="24"/>
        </w:rPr>
        <w:t>Declarăm că documentele prezentate sunt reale, valabile la data depunerii ofertei și vor fi menținute, după caz, pe durata executării contractului.</w:t>
      </w:r>
    </w:p>
    <w:p w14:paraId="39519302" w14:textId="77777777" w:rsidR="00403848" w:rsidRPr="00E37466" w:rsidRDefault="00000000">
      <w:pPr>
        <w:rPr>
          <w:rFonts w:ascii="Times New Roman" w:hAnsi="Times New Roman" w:cs="Times New Roman"/>
          <w:sz w:val="24"/>
          <w:szCs w:val="24"/>
        </w:rPr>
      </w:pPr>
      <w:r w:rsidRPr="00E37466">
        <w:rPr>
          <w:rFonts w:ascii="Times New Roman" w:hAnsi="Times New Roman" w:cs="Times New Roman"/>
          <w:sz w:val="24"/>
          <w:szCs w:val="24"/>
        </w:rPr>
        <w:t>Data: ________________</w:t>
      </w:r>
    </w:p>
    <w:p w14:paraId="09818960" w14:textId="77777777" w:rsidR="00403848" w:rsidRDefault="00000000">
      <w:r w:rsidRPr="00E37466">
        <w:rPr>
          <w:rFonts w:ascii="Times New Roman" w:hAnsi="Times New Roman" w:cs="Times New Roman"/>
          <w:sz w:val="24"/>
          <w:szCs w:val="24"/>
        </w:rPr>
        <w:lastRenderedPageBreak/>
        <w:t>Ofertant,</w:t>
      </w:r>
      <w:r w:rsidRPr="00E37466">
        <w:rPr>
          <w:rFonts w:ascii="Times New Roman" w:hAnsi="Times New Roman" w:cs="Times New Roman"/>
          <w:sz w:val="24"/>
          <w:szCs w:val="24"/>
        </w:rPr>
        <w:br/>
        <w:t>Denumire: ________________________________</w:t>
      </w:r>
      <w:r w:rsidRPr="00E37466">
        <w:rPr>
          <w:rFonts w:ascii="Times New Roman" w:hAnsi="Times New Roman" w:cs="Times New Roman"/>
          <w:sz w:val="24"/>
          <w:szCs w:val="24"/>
        </w:rPr>
        <w:br/>
        <w:t>Reprezentant legal/împuternicit: ________________________________</w:t>
      </w:r>
      <w:r w:rsidRPr="00E37466">
        <w:rPr>
          <w:rFonts w:ascii="Times New Roman" w:hAnsi="Times New Roman" w:cs="Times New Roman"/>
          <w:sz w:val="24"/>
          <w:szCs w:val="24"/>
        </w:rPr>
        <w:br/>
        <w:t>Semnătură și ștampilă, după caz: __________________________</w:t>
      </w:r>
      <w:r>
        <w:t>______</w:t>
      </w:r>
    </w:p>
    <w:sectPr w:rsidR="00403848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348C8" w14:textId="77777777" w:rsidR="00D31805" w:rsidRDefault="00D31805">
      <w:pPr>
        <w:spacing w:after="0" w:line="240" w:lineRule="auto"/>
      </w:pPr>
      <w:r>
        <w:separator/>
      </w:r>
    </w:p>
  </w:endnote>
  <w:endnote w:type="continuationSeparator" w:id="0">
    <w:p w14:paraId="514EB765" w14:textId="77777777" w:rsidR="00D31805" w:rsidRDefault="00D31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BBD92" w14:textId="77777777" w:rsidR="00D31805" w:rsidRDefault="00D31805">
      <w:pPr>
        <w:spacing w:after="0" w:line="240" w:lineRule="auto"/>
      </w:pPr>
      <w:r>
        <w:separator/>
      </w:r>
    </w:p>
  </w:footnote>
  <w:footnote w:type="continuationSeparator" w:id="0">
    <w:p w14:paraId="5DEC33AE" w14:textId="77777777" w:rsidR="00D31805" w:rsidRDefault="00D31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3816601">
    <w:abstractNumId w:val="8"/>
  </w:num>
  <w:num w:numId="2" w16cid:durableId="692540892">
    <w:abstractNumId w:val="6"/>
  </w:num>
  <w:num w:numId="3" w16cid:durableId="841550537">
    <w:abstractNumId w:val="5"/>
  </w:num>
  <w:num w:numId="4" w16cid:durableId="73354855">
    <w:abstractNumId w:val="4"/>
  </w:num>
  <w:num w:numId="5" w16cid:durableId="1633251532">
    <w:abstractNumId w:val="7"/>
  </w:num>
  <w:num w:numId="6" w16cid:durableId="1162509550">
    <w:abstractNumId w:val="3"/>
  </w:num>
  <w:num w:numId="7" w16cid:durableId="854806740">
    <w:abstractNumId w:val="2"/>
  </w:num>
  <w:num w:numId="8" w16cid:durableId="225839014">
    <w:abstractNumId w:val="1"/>
  </w:num>
  <w:num w:numId="9" w16cid:durableId="2059625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03848"/>
    <w:rsid w:val="004123E8"/>
    <w:rsid w:val="00AA1D8D"/>
    <w:rsid w:val="00B47730"/>
    <w:rsid w:val="00CB0664"/>
    <w:rsid w:val="00D31805"/>
    <w:rsid w:val="00E3746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38FB7B"/>
  <w14:defaultImageDpi w14:val="300"/>
  <w15:docId w15:val="{077FF074-74FA-4E91-BD42-624F4F1E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Petrule Boby</cp:lastModifiedBy>
  <cp:revision>2</cp:revision>
  <dcterms:created xsi:type="dcterms:W3CDTF">2013-12-23T23:15:00Z</dcterms:created>
  <dcterms:modified xsi:type="dcterms:W3CDTF">2026-06-08T06:33:00Z</dcterms:modified>
  <cp:category/>
</cp:coreProperties>
</file>