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5788E" w14:textId="77777777" w:rsidR="009D0DCE" w:rsidRDefault="009D0DCE">
      <w:pPr>
        <w:spacing w:after="80"/>
      </w:pPr>
    </w:p>
    <w:p w14:paraId="728E8400" w14:textId="77777777" w:rsidR="009D0DCE" w:rsidRPr="00033CF8" w:rsidRDefault="0000000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033CF8">
        <w:rPr>
          <w:rFonts w:ascii="Times New Roman" w:hAnsi="Times New Roman" w:cs="Times New Roman"/>
          <w:b/>
          <w:sz w:val="28"/>
          <w:szCs w:val="28"/>
        </w:rPr>
        <w:t>DECLARAȚIE DE ACCEPTARE A CAIETULUI DE SARCINI ȘI A CONDIȚIILOR CONTRACTUALE</w:t>
      </w:r>
    </w:p>
    <w:p w14:paraId="606AD87B" w14:textId="77777777" w:rsidR="009D0DCE" w:rsidRPr="00033CF8" w:rsidRDefault="00000000">
      <w:pPr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Subsemnatul/Subscrisa ____________________________________________, cu sediul în ________________________________________, CUI/CIF ____________________, reprezentată legal prin ________________________________________, în calitate de ofertant, declar pe propria răspundere următoarele:</w:t>
      </w:r>
    </w:p>
    <w:p w14:paraId="7DFFC76A" w14:textId="77777777" w:rsidR="009D0DCE" w:rsidRPr="00033CF8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 xml:space="preserve">• am analizat integral caietul de sarcini aferent achiziției „Servicii de întreținere </w:t>
      </w:r>
      <w:proofErr w:type="gramStart"/>
      <w:r w:rsidRPr="00033CF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33CF8">
        <w:rPr>
          <w:rFonts w:ascii="Times New Roman" w:hAnsi="Times New Roman" w:cs="Times New Roman"/>
          <w:sz w:val="24"/>
          <w:szCs w:val="24"/>
        </w:rPr>
        <w:t xml:space="preserve"> iluminatului public și de întreținere/reparații la instalațiile electrice ale clădirilor aparținând Comunei Poieni, pentru o perioadă de 12 luni”;</w:t>
      </w:r>
    </w:p>
    <w:p w14:paraId="58921A74" w14:textId="77777777" w:rsidR="009D0DCE" w:rsidRPr="00033CF8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• acceptăm fără rezerve cerințele tehnice, funcționale, organizatorice și administrative prevăzute în documentația transmisă;</w:t>
      </w:r>
    </w:p>
    <w:p w14:paraId="780DB22C" w14:textId="77777777" w:rsidR="009D0DCE" w:rsidRPr="00033CF8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• ne asumăm prestarea serviciilor în condițiile caietului de sarcini, ale propunerii tehnice și ale propunerii financiare depuse;</w:t>
      </w:r>
    </w:p>
    <w:p w14:paraId="4079409D" w14:textId="77777777" w:rsidR="009D0DCE" w:rsidRPr="00033CF8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• acceptăm faptul că plata se va efectua numai pentru serviciile efectiv prestate, recepționate și acceptate la plată;</w:t>
      </w:r>
    </w:p>
    <w:p w14:paraId="06B09FFB" w14:textId="77777777" w:rsidR="009D0DCE" w:rsidRPr="00033CF8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• acceptăm modelul de contract pus la dispoziție de autoritatea contractantă, cu completările rezultate din oferta declarată câștigătoare;</w:t>
      </w:r>
    </w:p>
    <w:p w14:paraId="40F60499" w14:textId="77777777" w:rsidR="009D0DCE" w:rsidRPr="00033CF8" w:rsidRDefault="00000000">
      <w:pPr>
        <w:ind w:left="340" w:hanging="170"/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• ne obligăm să respectăm normele legale aplicabile, inclusiv cele privind securitatea și sănătatea în muncă, PSI și protecția mediului.</w:t>
      </w:r>
    </w:p>
    <w:p w14:paraId="391B4610" w14:textId="77777777" w:rsidR="009D0DCE" w:rsidRPr="00033CF8" w:rsidRDefault="00000000">
      <w:pPr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Prezenta declarație face parte integrantă din oferta depusă.</w:t>
      </w:r>
    </w:p>
    <w:p w14:paraId="665B9D8A" w14:textId="77777777" w:rsidR="009D0DCE" w:rsidRPr="00033CF8" w:rsidRDefault="00000000">
      <w:pPr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Data: ________________</w:t>
      </w:r>
    </w:p>
    <w:p w14:paraId="63B7AD25" w14:textId="77777777" w:rsidR="009D0DCE" w:rsidRPr="00033CF8" w:rsidRDefault="00000000">
      <w:pPr>
        <w:rPr>
          <w:rFonts w:ascii="Times New Roman" w:hAnsi="Times New Roman" w:cs="Times New Roman"/>
          <w:sz w:val="24"/>
          <w:szCs w:val="24"/>
        </w:rPr>
      </w:pPr>
      <w:r w:rsidRPr="00033CF8">
        <w:rPr>
          <w:rFonts w:ascii="Times New Roman" w:hAnsi="Times New Roman" w:cs="Times New Roman"/>
          <w:sz w:val="24"/>
          <w:szCs w:val="24"/>
        </w:rPr>
        <w:t>Ofertant,</w:t>
      </w:r>
      <w:r w:rsidRPr="00033CF8">
        <w:rPr>
          <w:rFonts w:ascii="Times New Roman" w:hAnsi="Times New Roman" w:cs="Times New Roman"/>
          <w:sz w:val="24"/>
          <w:szCs w:val="24"/>
        </w:rPr>
        <w:br/>
        <w:t>Denumire: ________________________________</w:t>
      </w:r>
      <w:r w:rsidRPr="00033CF8">
        <w:rPr>
          <w:rFonts w:ascii="Times New Roman" w:hAnsi="Times New Roman" w:cs="Times New Roman"/>
          <w:sz w:val="24"/>
          <w:szCs w:val="24"/>
        </w:rPr>
        <w:br/>
        <w:t>Reprezentant legal/împuternicit: ________________________________</w:t>
      </w:r>
      <w:r w:rsidRPr="00033CF8">
        <w:rPr>
          <w:rFonts w:ascii="Times New Roman" w:hAnsi="Times New Roman" w:cs="Times New Roman"/>
          <w:sz w:val="24"/>
          <w:szCs w:val="24"/>
        </w:rPr>
        <w:br/>
        <w:t>Semnătură și ștampilă, după caz: ________________________________</w:t>
      </w:r>
    </w:p>
    <w:sectPr w:rsidR="009D0DCE" w:rsidRPr="00033CF8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176A1" w14:textId="77777777" w:rsidR="00CE210A" w:rsidRDefault="00CE210A">
      <w:pPr>
        <w:spacing w:after="0" w:line="240" w:lineRule="auto"/>
      </w:pPr>
      <w:r>
        <w:separator/>
      </w:r>
    </w:p>
  </w:endnote>
  <w:endnote w:type="continuationSeparator" w:id="0">
    <w:p w14:paraId="413492AB" w14:textId="77777777" w:rsidR="00CE210A" w:rsidRDefault="00CE2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E06E1" w14:textId="77777777" w:rsidR="00CE210A" w:rsidRDefault="00CE210A">
      <w:pPr>
        <w:spacing w:after="0" w:line="240" w:lineRule="auto"/>
      </w:pPr>
      <w:r>
        <w:separator/>
      </w:r>
    </w:p>
  </w:footnote>
  <w:footnote w:type="continuationSeparator" w:id="0">
    <w:p w14:paraId="62190E77" w14:textId="77777777" w:rsidR="00CE210A" w:rsidRDefault="00CE2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1996143">
    <w:abstractNumId w:val="8"/>
  </w:num>
  <w:num w:numId="2" w16cid:durableId="1399356616">
    <w:abstractNumId w:val="6"/>
  </w:num>
  <w:num w:numId="3" w16cid:durableId="2022586897">
    <w:abstractNumId w:val="5"/>
  </w:num>
  <w:num w:numId="4" w16cid:durableId="1037900323">
    <w:abstractNumId w:val="4"/>
  </w:num>
  <w:num w:numId="5" w16cid:durableId="417140900">
    <w:abstractNumId w:val="7"/>
  </w:num>
  <w:num w:numId="6" w16cid:durableId="1377579412">
    <w:abstractNumId w:val="3"/>
  </w:num>
  <w:num w:numId="7" w16cid:durableId="1315912802">
    <w:abstractNumId w:val="2"/>
  </w:num>
  <w:num w:numId="8" w16cid:durableId="2025474303">
    <w:abstractNumId w:val="1"/>
  </w:num>
  <w:num w:numId="9" w16cid:durableId="1158420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3CF8"/>
    <w:rsid w:val="00034616"/>
    <w:rsid w:val="0006063C"/>
    <w:rsid w:val="0015074B"/>
    <w:rsid w:val="0029639D"/>
    <w:rsid w:val="00326F90"/>
    <w:rsid w:val="004123E8"/>
    <w:rsid w:val="009D0DCE"/>
    <w:rsid w:val="00AA1D8D"/>
    <w:rsid w:val="00B47730"/>
    <w:rsid w:val="00CB0664"/>
    <w:rsid w:val="00CE21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7F8F9C"/>
  <w14:defaultImageDpi w14:val="300"/>
  <w15:docId w15:val="{077FF074-74FA-4E91-BD42-624F4F1E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Petrule Boby</cp:lastModifiedBy>
  <cp:revision>2</cp:revision>
  <dcterms:created xsi:type="dcterms:W3CDTF">2013-12-23T23:15:00Z</dcterms:created>
  <dcterms:modified xsi:type="dcterms:W3CDTF">2026-06-08T06:34:00Z</dcterms:modified>
  <cp:category/>
</cp:coreProperties>
</file>