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64C59" w14:textId="77777777" w:rsidR="00725F9A" w:rsidRDefault="00725F9A">
      <w:pPr>
        <w:spacing w:after="80"/>
      </w:pPr>
    </w:p>
    <w:p w14:paraId="596BB70A" w14:textId="77777777" w:rsidR="00725F9A" w:rsidRDefault="00000000">
      <w:pPr>
        <w:spacing w:after="240"/>
        <w:jc w:val="center"/>
      </w:pPr>
      <w:r>
        <w:rPr>
          <w:b/>
          <w:sz w:val="28"/>
        </w:rPr>
        <w:t>FORMULAR PROPUNERE TEHNICĂ</w:t>
      </w:r>
    </w:p>
    <w:p w14:paraId="1459EA21" w14:textId="77777777" w:rsidR="00725F9A" w:rsidRDefault="00000000">
      <w:r>
        <w:t>Ofertantul va completa prezentul formular pentru contractul: „Servicii de întreținere a iluminatului public și de întreținere/reparații la instalațiile electrice ale clădirilor aparținând Comunei Poieni, pentru o perioadă de 12 luni”.</w:t>
      </w:r>
    </w:p>
    <w:p w14:paraId="5877B241" w14:textId="77777777" w:rsidR="00725F9A" w:rsidRDefault="00000000">
      <w:pPr>
        <w:spacing w:before="160" w:after="80"/>
      </w:pPr>
      <w:r>
        <w:rPr>
          <w:b/>
          <w:sz w:val="22"/>
        </w:rPr>
        <w:t>1. Organizarea prestării serviciilor</w:t>
      </w:r>
    </w:p>
    <w:p w14:paraId="02FE3F49" w14:textId="77777777" w:rsidR="00725F9A" w:rsidRDefault="00000000">
      <w:r>
        <w:t>Descrieți modul de preluare a solicitărilor, planificarea intervențiilor, evidența lucrărilor și comunicarea cu reprezentanții beneficiarului.</w:t>
      </w:r>
    </w:p>
    <w:p w14:paraId="6ECE748F" w14:textId="77777777" w:rsidR="00725F9A" w:rsidRDefault="00000000">
      <w:r>
        <w:t>________________________________________________________________________________</w:t>
      </w:r>
    </w:p>
    <w:p w14:paraId="015A9621" w14:textId="77777777" w:rsidR="00725F9A" w:rsidRDefault="00000000">
      <w:r>
        <w:t>________________________________________________________________________________</w:t>
      </w:r>
    </w:p>
    <w:p w14:paraId="0B3E2411" w14:textId="77777777" w:rsidR="00725F9A" w:rsidRDefault="00000000">
      <w:r>
        <w:t>________________________________________________________________________________</w:t>
      </w:r>
    </w:p>
    <w:p w14:paraId="69FA5CDE" w14:textId="77777777" w:rsidR="00725F9A" w:rsidRDefault="00000000">
      <w:pPr>
        <w:spacing w:before="160" w:after="80"/>
      </w:pPr>
      <w:r>
        <w:rPr>
          <w:b/>
          <w:sz w:val="22"/>
        </w:rPr>
        <w:t>2. Timp de răspuns și termene de intervenție</w:t>
      </w:r>
    </w:p>
    <w:p w14:paraId="44C99AEF" w14:textId="77777777" w:rsidR="00725F9A" w:rsidRDefault="00000000">
      <w:r>
        <w:t>Indicați termenele asumate pentru intervenții de urgență și intervenții curente. Termenele nu pot depăși limitele maxime din caietul de sarcini.</w:t>
      </w:r>
    </w:p>
    <w:p w14:paraId="0549A2BD" w14:textId="77777777" w:rsidR="00725F9A" w:rsidRDefault="00000000">
      <w:r>
        <w:t>________________________________________________________________________________</w:t>
      </w:r>
    </w:p>
    <w:p w14:paraId="74F4CCF4" w14:textId="77777777" w:rsidR="00725F9A" w:rsidRDefault="00000000">
      <w:r>
        <w:t>________________________________________________________________________________</w:t>
      </w:r>
    </w:p>
    <w:p w14:paraId="6E67917E" w14:textId="77777777" w:rsidR="00725F9A" w:rsidRDefault="00000000">
      <w:r>
        <w:t>________________________________________________________________________________</w:t>
      </w:r>
    </w:p>
    <w:p w14:paraId="16457B7F" w14:textId="77777777" w:rsidR="00725F9A" w:rsidRDefault="00000000">
      <w:pPr>
        <w:spacing w:before="160" w:after="80"/>
      </w:pPr>
      <w:r>
        <w:rPr>
          <w:b/>
          <w:sz w:val="22"/>
        </w:rPr>
        <w:t>3. Personal alocat</w:t>
      </w:r>
    </w:p>
    <w:p w14:paraId="029F8032" w14:textId="77777777" w:rsidR="00725F9A" w:rsidRDefault="00000000">
      <w:r>
        <w:t>Prezentați personalul propus, calificările, autorizările/atestările relevante și responsabilitățile fiecărei persoane.</w:t>
      </w:r>
    </w:p>
    <w:p w14:paraId="3C05B576" w14:textId="77777777" w:rsidR="00725F9A" w:rsidRDefault="00000000">
      <w:r>
        <w:t>________________________________________________________________________________</w:t>
      </w:r>
    </w:p>
    <w:p w14:paraId="420F4BA8" w14:textId="77777777" w:rsidR="00725F9A" w:rsidRDefault="00000000">
      <w:r>
        <w:t>________________________________________________________________________________</w:t>
      </w:r>
    </w:p>
    <w:p w14:paraId="5FD64A11" w14:textId="77777777" w:rsidR="00725F9A" w:rsidRDefault="00000000">
      <w:r>
        <w:t>________________________________________________________________________________</w:t>
      </w:r>
    </w:p>
    <w:p w14:paraId="3AE44671" w14:textId="77777777" w:rsidR="00725F9A" w:rsidRDefault="00000000">
      <w:pPr>
        <w:spacing w:before="160" w:after="80"/>
      </w:pPr>
      <w:r>
        <w:rPr>
          <w:b/>
          <w:sz w:val="22"/>
        </w:rPr>
        <w:t>4. Mijloace tehnice, utilaje și dotări</w:t>
      </w:r>
    </w:p>
    <w:p w14:paraId="626F35D7" w14:textId="77777777" w:rsidR="00725F9A" w:rsidRDefault="00000000">
      <w:r>
        <w:t>Prezentați mijloacele de transport, sculele, echipamentele, aparatele de măsură și echipamentele individuale de protecție disponibile.</w:t>
      </w:r>
    </w:p>
    <w:p w14:paraId="5F715C4F" w14:textId="77777777" w:rsidR="00725F9A" w:rsidRDefault="00000000">
      <w:r>
        <w:t>________________________________________________________________________________</w:t>
      </w:r>
    </w:p>
    <w:p w14:paraId="1AEF2F6C" w14:textId="77777777" w:rsidR="00725F9A" w:rsidRDefault="00000000">
      <w:r>
        <w:t>________________________________________________________________________________</w:t>
      </w:r>
    </w:p>
    <w:p w14:paraId="64FB0B36" w14:textId="77777777" w:rsidR="00725F9A" w:rsidRDefault="00000000">
      <w:r>
        <w:t>________________________________________________________________________________</w:t>
      </w:r>
    </w:p>
    <w:p w14:paraId="0DEA13AD" w14:textId="77777777" w:rsidR="00725F9A" w:rsidRDefault="00000000">
      <w:pPr>
        <w:spacing w:before="160" w:after="80"/>
      </w:pPr>
      <w:r>
        <w:rPr>
          <w:b/>
          <w:sz w:val="22"/>
        </w:rPr>
        <w:t>5. Servicii pentru sistemul de iluminat public</w:t>
      </w:r>
    </w:p>
    <w:p w14:paraId="68018D64" w14:textId="77777777" w:rsidR="00725F9A" w:rsidRDefault="00000000">
      <w:r>
        <w:t>Descrieți modul de realizare a verificărilor, constatărilor, intervențiilor, înlocuirilor de componente, remedierii tablourilor/punctelor de aprindere și punerii în siguranță.</w:t>
      </w:r>
    </w:p>
    <w:p w14:paraId="1E9A225A" w14:textId="77777777" w:rsidR="00725F9A" w:rsidRDefault="00000000">
      <w:r>
        <w:t>________________________________________________________________________________</w:t>
      </w:r>
    </w:p>
    <w:p w14:paraId="1A249530" w14:textId="77777777" w:rsidR="00725F9A" w:rsidRDefault="00000000">
      <w:r>
        <w:t>________________________________________________________________________________</w:t>
      </w:r>
    </w:p>
    <w:p w14:paraId="087C18A6" w14:textId="77777777" w:rsidR="00725F9A" w:rsidRDefault="00000000">
      <w:r>
        <w:t>________________________________________________________________________________</w:t>
      </w:r>
    </w:p>
    <w:p w14:paraId="1BCA535A" w14:textId="77777777" w:rsidR="00725F9A" w:rsidRDefault="00000000">
      <w:pPr>
        <w:spacing w:before="160" w:after="80"/>
      </w:pPr>
      <w:r>
        <w:rPr>
          <w:b/>
          <w:sz w:val="22"/>
        </w:rPr>
        <w:lastRenderedPageBreak/>
        <w:t>6. Servicii pentru instalațiile electrice ale clădirilor</w:t>
      </w:r>
    </w:p>
    <w:p w14:paraId="3BEC5C44" w14:textId="77777777" w:rsidR="00725F9A" w:rsidRDefault="00000000">
      <w:r>
        <w:t>Descrieți modul de intervenție pentru circuite, tablouri, prize, întrerupătoare, corpuri de iluminat, doze și alte componente ale instalațiilor electrice.</w:t>
      </w:r>
    </w:p>
    <w:p w14:paraId="759C7BDC" w14:textId="77777777" w:rsidR="00725F9A" w:rsidRDefault="00000000">
      <w:r>
        <w:t>________________________________________________________________________________</w:t>
      </w:r>
    </w:p>
    <w:p w14:paraId="0F489AFD" w14:textId="77777777" w:rsidR="00725F9A" w:rsidRDefault="00000000">
      <w:r>
        <w:t>________________________________________________________________________________</w:t>
      </w:r>
    </w:p>
    <w:p w14:paraId="6F6E9D52" w14:textId="77777777" w:rsidR="00725F9A" w:rsidRDefault="00000000">
      <w:r>
        <w:t>________________________________________________________________________________</w:t>
      </w:r>
    </w:p>
    <w:p w14:paraId="01964296" w14:textId="77777777" w:rsidR="00725F9A" w:rsidRDefault="00000000">
      <w:pPr>
        <w:spacing w:before="160" w:after="80"/>
      </w:pPr>
      <w:r>
        <w:rPr>
          <w:b/>
          <w:sz w:val="22"/>
        </w:rPr>
        <w:t>7. Iluminat festiv</w:t>
      </w:r>
    </w:p>
    <w:p w14:paraId="7C852844" w14:textId="77777777" w:rsidR="00725F9A" w:rsidRDefault="00000000">
      <w:r>
        <w:t>Descrieți modul de montare, demontare, verificare, punere în funcțiune și depozitare/predare, după caz, a elementelor de iluminat festiv.</w:t>
      </w:r>
    </w:p>
    <w:p w14:paraId="1B66A641" w14:textId="77777777" w:rsidR="00725F9A" w:rsidRDefault="00000000">
      <w:r>
        <w:t>________________________________________________________________________________</w:t>
      </w:r>
    </w:p>
    <w:p w14:paraId="4C04B9B2" w14:textId="77777777" w:rsidR="00725F9A" w:rsidRDefault="00000000">
      <w:r>
        <w:t>________________________________________________________________________________</w:t>
      </w:r>
    </w:p>
    <w:p w14:paraId="6C54B056" w14:textId="77777777" w:rsidR="00725F9A" w:rsidRDefault="00000000">
      <w:r>
        <w:t>________________________________________________________________________________</w:t>
      </w:r>
    </w:p>
    <w:p w14:paraId="07FDC8CF" w14:textId="77777777" w:rsidR="00725F9A" w:rsidRDefault="00000000">
      <w:pPr>
        <w:spacing w:before="160" w:after="80"/>
      </w:pPr>
      <w:r>
        <w:rPr>
          <w:b/>
          <w:sz w:val="22"/>
        </w:rPr>
        <w:t>8. SSM, PSI și protecția mediului</w:t>
      </w:r>
    </w:p>
    <w:p w14:paraId="2E0D6087" w14:textId="77777777" w:rsidR="00725F9A" w:rsidRDefault="00000000">
      <w:r>
        <w:t>Descrieți măsurile pentru securitatea muncii, apărarea împotriva incendiilor, delimitarea zonelor de intervenție și gestionarea deșeurilor.</w:t>
      </w:r>
    </w:p>
    <w:p w14:paraId="523CDEC7" w14:textId="77777777" w:rsidR="00725F9A" w:rsidRDefault="00000000">
      <w:r>
        <w:t>________________________________________________________________________________</w:t>
      </w:r>
    </w:p>
    <w:p w14:paraId="043B59EE" w14:textId="77777777" w:rsidR="00725F9A" w:rsidRDefault="00000000">
      <w:r>
        <w:t>________________________________________________________________________________</w:t>
      </w:r>
    </w:p>
    <w:p w14:paraId="73F5A692" w14:textId="77777777" w:rsidR="00725F9A" w:rsidRDefault="00000000">
      <w:r>
        <w:t>________________________________________________________________________________</w:t>
      </w:r>
    </w:p>
    <w:p w14:paraId="32042833" w14:textId="77777777" w:rsidR="00725F9A" w:rsidRDefault="00000000">
      <w:pPr>
        <w:spacing w:before="160" w:after="80"/>
      </w:pPr>
      <w:r>
        <w:rPr>
          <w:b/>
          <w:sz w:val="22"/>
        </w:rPr>
        <w:t>9. Recepție și documente justificative</w:t>
      </w:r>
    </w:p>
    <w:p w14:paraId="6486FB6D" w14:textId="77777777" w:rsidR="00725F9A" w:rsidRDefault="00000000">
      <w:r>
        <w:t>Indicați documentele care vor fi întocmite pentru fiecare intervenție: note de constatare, fișe de intervenție, procese-verbale, situații de lucrări, materiale utilizate etc.</w:t>
      </w:r>
    </w:p>
    <w:p w14:paraId="296868B4" w14:textId="77777777" w:rsidR="00725F9A" w:rsidRDefault="00000000">
      <w:r>
        <w:t>________________________________________________________________________________</w:t>
      </w:r>
    </w:p>
    <w:p w14:paraId="25858EA5" w14:textId="77777777" w:rsidR="00725F9A" w:rsidRDefault="00000000">
      <w:r>
        <w:t>________________________________________________________________________________</w:t>
      </w:r>
    </w:p>
    <w:p w14:paraId="0FBE0DD6" w14:textId="77777777" w:rsidR="00725F9A" w:rsidRDefault="00000000">
      <w:r>
        <w:t>________________________________________________________________________________</w:t>
      </w:r>
    </w:p>
    <w:p w14:paraId="09257F92" w14:textId="77777777" w:rsidR="00725F9A" w:rsidRDefault="00000000">
      <w:pPr>
        <w:spacing w:before="160" w:after="80"/>
      </w:pPr>
      <w:r>
        <w:rPr>
          <w:b/>
          <w:sz w:val="22"/>
        </w:rPr>
        <w:t>10. Asumarea cerințelor</w:t>
      </w:r>
    </w:p>
    <w:p w14:paraId="7E9BB9AF" w14:textId="77777777" w:rsidR="00725F9A" w:rsidRDefault="00000000">
      <w:r>
        <w:t>Declarați expres că toate cerințele caietului de sarcini sunt acceptate și vor fi respectate.</w:t>
      </w:r>
    </w:p>
    <w:p w14:paraId="372F70E0" w14:textId="77777777" w:rsidR="00725F9A" w:rsidRDefault="00000000">
      <w:r>
        <w:t>________________________________________________________________________________</w:t>
      </w:r>
    </w:p>
    <w:p w14:paraId="320A166B" w14:textId="77777777" w:rsidR="00725F9A" w:rsidRDefault="00000000">
      <w:r>
        <w:t>________________________________________________________________________________</w:t>
      </w:r>
    </w:p>
    <w:p w14:paraId="480AE6EE" w14:textId="77777777" w:rsidR="00725F9A" w:rsidRDefault="00000000">
      <w:r>
        <w:t>________________________________________________________________________________</w:t>
      </w:r>
    </w:p>
    <w:p w14:paraId="654A0D0E" w14:textId="77777777" w:rsidR="00725F9A" w:rsidRDefault="00000000">
      <w:r>
        <w:t>Data: ________________</w:t>
      </w:r>
    </w:p>
    <w:p w14:paraId="64E3AEB2" w14:textId="77777777" w:rsidR="00725F9A" w:rsidRDefault="00000000">
      <w:r>
        <w:t>Ofertant,</w:t>
      </w:r>
      <w:r>
        <w:br/>
        <w:t>Denumire: ________________________________</w:t>
      </w:r>
      <w:r>
        <w:br/>
        <w:t>Reprezentant legal/împuternicit: ________________________________</w:t>
      </w:r>
      <w:r>
        <w:br/>
        <w:t>Semnătură și ștampilă, după caz: ________________________________</w:t>
      </w:r>
    </w:p>
    <w:sectPr w:rsidR="00725F9A" w:rsidSect="00034616">
      <w:headerReference w:type="default" r:id="rId8"/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1F410" w14:textId="77777777" w:rsidR="00BF2BF4" w:rsidRDefault="00BF2BF4">
      <w:pPr>
        <w:spacing w:after="0" w:line="240" w:lineRule="auto"/>
      </w:pPr>
      <w:r>
        <w:separator/>
      </w:r>
    </w:p>
  </w:endnote>
  <w:endnote w:type="continuationSeparator" w:id="0">
    <w:p w14:paraId="6CC9CCB2" w14:textId="77777777" w:rsidR="00BF2BF4" w:rsidRDefault="00BF2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6DD34" w14:textId="77777777" w:rsidR="00BF2BF4" w:rsidRDefault="00BF2BF4">
      <w:pPr>
        <w:spacing w:after="0" w:line="240" w:lineRule="auto"/>
      </w:pPr>
      <w:r>
        <w:separator/>
      </w:r>
    </w:p>
  </w:footnote>
  <w:footnote w:type="continuationSeparator" w:id="0">
    <w:p w14:paraId="25163C6F" w14:textId="77777777" w:rsidR="00BF2BF4" w:rsidRDefault="00BF2B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5A655" w14:textId="3377FB42" w:rsidR="00725F9A" w:rsidRDefault="00725F9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04712376">
    <w:abstractNumId w:val="8"/>
  </w:num>
  <w:num w:numId="2" w16cid:durableId="232357085">
    <w:abstractNumId w:val="6"/>
  </w:num>
  <w:num w:numId="3" w16cid:durableId="1178232869">
    <w:abstractNumId w:val="5"/>
  </w:num>
  <w:num w:numId="4" w16cid:durableId="617300846">
    <w:abstractNumId w:val="4"/>
  </w:num>
  <w:num w:numId="5" w16cid:durableId="1701776755">
    <w:abstractNumId w:val="7"/>
  </w:num>
  <w:num w:numId="6" w16cid:durableId="1113748318">
    <w:abstractNumId w:val="3"/>
  </w:num>
  <w:num w:numId="7" w16cid:durableId="643701647">
    <w:abstractNumId w:val="2"/>
  </w:num>
  <w:num w:numId="8" w16cid:durableId="658197392">
    <w:abstractNumId w:val="1"/>
  </w:num>
  <w:num w:numId="9" w16cid:durableId="1683504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D5753"/>
    <w:rsid w:val="00725F9A"/>
    <w:rsid w:val="00AA1D8D"/>
    <w:rsid w:val="00B076A9"/>
    <w:rsid w:val="00B47730"/>
    <w:rsid w:val="00BF2BF4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B1D885"/>
  <w14:defaultImageDpi w14:val="300"/>
  <w15:docId w15:val="{BF64A7A0-F8F9-4C11-89AD-030426826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Petrule Boby</cp:lastModifiedBy>
  <cp:revision>2</cp:revision>
  <dcterms:created xsi:type="dcterms:W3CDTF">2013-12-23T23:15:00Z</dcterms:created>
  <dcterms:modified xsi:type="dcterms:W3CDTF">2026-06-08T08:12:00Z</dcterms:modified>
  <cp:category/>
</cp:coreProperties>
</file>